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651760" cy="91043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7770fb2-665e-45e0-9694-237b82b026e3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9104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sz w:val="40"/>
        </w:rPr>
        <w:t>STANDARDISED PRICE LIST</w:t>
      </w:r>
    </w:p>
    <w:p>
      <w:pPr>
        <w:spacing w:after="80"/>
      </w:pPr>
      <w:r>
        <w:rPr>
          <w:b w:val="0"/>
          <w:sz w:val="19"/>
        </w:rPr>
        <w:t>All funeral directors are legally required to publish this Price List for a standardised set of products and services.</w:t>
      </w:r>
    </w:p>
    <w:p>
      <w:pPr>
        <w:spacing w:after="80"/>
      </w:pPr>
      <w:r>
        <w:rPr>
          <w:b w:val="0"/>
          <w:sz w:val="19"/>
        </w:rPr>
        <w:t>This is designed to help you consider your options, make informed choices and compare prices between different funeral directors, as prices can vary.</w:t>
      </w:r>
    </w:p>
    <w:p>
      <w:r>
        <w:rPr>
          <w:b/>
          <w:sz w:val="32"/>
        </w:rPr>
        <w:t>ATTENDED FUNERAL</w:t>
      </w:r>
    </w:p>
    <w:p>
      <w:pPr>
        <w:spacing w:after="80"/>
      </w:pPr>
      <w:r>
        <w:rPr>
          <w:b/>
          <w:sz w:val="19"/>
        </w:rPr>
        <w:t>Funeral Director's Charges Only – £2,195.00</w:t>
      </w:r>
    </w:p>
    <w:p>
      <w:pPr>
        <w:spacing w:after="80"/>
      </w:pPr>
      <w:r>
        <w:rPr>
          <w:b w:val="0"/>
          <w:sz w:val="19"/>
        </w:rPr>
        <w:t>This is a funeral where family and friends have a ceremony, event or service for the deceased person at the same time as they attend their burial or cremation.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8208"/>
        <w:gridCol w:w="1440"/>
      </w:tblGrid>
      <w:tr>
        <w:tc>
          <w:tcPr>
            <w:tcW w:type="dxa" w:w="5184"/>
            <w:vAlign w:val="center"/>
            <w:shd w:fill="EDE7DC"/>
          </w:tcPr>
          <w:p>
            <w:r/>
            <w:r>
              <w:rPr>
                <w:b/>
                <w:sz w:val="18"/>
              </w:rPr>
              <w:t>Service</w:t>
            </w:r>
          </w:p>
        </w:tc>
        <w:tc>
          <w:tcPr>
            <w:tcW w:type="dxa" w:w="5184"/>
            <w:vAlign w:val="center"/>
            <w:shd w:fill="EDE7DC"/>
          </w:tcPr>
          <w:p>
            <w:r/>
            <w:r>
              <w:rPr>
                <w:b/>
                <w:sz w:val="18"/>
              </w:rPr>
              <w:t>Price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 w:val="0"/>
                <w:sz w:val="17"/>
              </w:rPr>
              <w:t>Taking care of all necessary legal and administrative arrangements</w:t>
            </w:r>
          </w:p>
        </w:tc>
        <w:tc>
          <w:tcPr>
            <w:tcW w:type="dxa" w:w="5184"/>
            <w:vAlign w:val="center"/>
          </w:tcPr>
          <w:p>
            <w:pPr>
              <w:jc w:val="right"/>
            </w:pPr>
            <w:r/>
            <w:r>
              <w:rPr>
                <w:b/>
                <w:sz w:val="17"/>
              </w:rPr>
              <w:t>£815.00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 w:val="0"/>
                <w:sz w:val="17"/>
              </w:rPr>
              <w:t>Collecting and transporting the deceased person from the place of death (normally within 15 miles of the funeral director's premises) into our care</w:t>
            </w:r>
          </w:p>
        </w:tc>
        <w:tc>
          <w:tcPr>
            <w:tcW w:type="dxa" w:w="5184"/>
            <w:vAlign w:val="center"/>
          </w:tcPr>
          <w:p>
            <w:pPr>
              <w:jc w:val="right"/>
            </w:pPr>
            <w:r/>
            <w:r>
              <w:rPr>
                <w:b/>
                <w:sz w:val="17"/>
              </w:rPr>
              <w:t>£150.00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 w:val="0"/>
                <w:sz w:val="17"/>
              </w:rPr>
              <w:t>Care of the deceased person before the funeral in appropriate facilities. The deceased person will be kept at the funeral director's main branch premises in Liscard Village, Wirral</w:t>
            </w:r>
          </w:p>
        </w:tc>
        <w:tc>
          <w:tcPr>
            <w:tcW w:type="dxa" w:w="5184"/>
            <w:vAlign w:val="center"/>
          </w:tcPr>
          <w:p>
            <w:pPr>
              <w:jc w:val="right"/>
            </w:pPr>
            <w:r/>
            <w:r>
              <w:rPr>
                <w:b/>
                <w:sz w:val="17"/>
              </w:rPr>
              <w:t>£440.00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 w:val="0"/>
                <w:sz w:val="17"/>
              </w:rPr>
              <w:t>Providing a suitable coffin – traditional oak veneer coffin suitable for cremation or burial</w:t>
            </w:r>
          </w:p>
        </w:tc>
        <w:tc>
          <w:tcPr>
            <w:tcW w:type="dxa" w:w="5184"/>
            <w:vAlign w:val="center"/>
          </w:tcPr>
          <w:p>
            <w:pPr>
              <w:jc w:val="right"/>
            </w:pPr>
            <w:r/>
            <w:r>
              <w:rPr>
                <w:b/>
                <w:sz w:val="17"/>
              </w:rPr>
              <w:t>£340.00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 w:val="0"/>
                <w:sz w:val="17"/>
              </w:rPr>
              <w:t>Viewing of the deceased person for family and friends, by appointment with the funeral director (if requested by the customer)</w:t>
            </w:r>
          </w:p>
        </w:tc>
        <w:tc>
          <w:tcPr>
            <w:tcW w:type="dxa" w:w="5184"/>
            <w:vAlign w:val="center"/>
          </w:tcPr>
          <w:p>
            <w:pPr>
              <w:jc w:val="right"/>
            </w:pPr>
            <w:r/>
            <w:r>
              <w:rPr>
                <w:b/>
                <w:sz w:val="17"/>
              </w:rPr>
              <w:t>No charge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 w:val="0"/>
                <w:sz w:val="17"/>
              </w:rPr>
              <w:t>At a date and time agreed with the funeral director, taking the deceased person directly to the agreed cemetery or crematorium (normally within 20 miles of the funeral director's premises) in a hearse or other appropriate vehicle</w:t>
            </w:r>
          </w:p>
        </w:tc>
        <w:tc>
          <w:tcPr>
            <w:tcW w:type="dxa" w:w="5184"/>
            <w:vAlign w:val="center"/>
          </w:tcPr>
          <w:p>
            <w:pPr>
              <w:jc w:val="right"/>
            </w:pPr>
            <w:r/>
            <w:r>
              <w:rPr>
                <w:b/>
                <w:sz w:val="17"/>
              </w:rPr>
              <w:t>£450.00</w:t>
            </w:r>
          </w:p>
        </w:tc>
      </w:tr>
    </w:tbl>
    <w:p>
      <w:r>
        <w:rPr>
          <w:b/>
          <w:sz w:val="32"/>
        </w:rPr>
        <w:t>UNATTENDED FUNERAL</w:t>
      </w:r>
    </w:p>
    <w:p>
      <w:pPr>
        <w:spacing w:after="80"/>
      </w:pPr>
      <w:r>
        <w:rPr>
          <w:b w:val="0"/>
          <w:sz w:val="19"/>
        </w:rPr>
        <w:t>This is a funeral where family and friends may choose to have a private ceremony, event or service for the deceased person, but they do not attend the burial or cremation itself.</w:t>
      </w:r>
    </w:p>
    <w:p>
      <w:pPr>
        <w:spacing w:after="80"/>
      </w:pPr>
      <w:r>
        <w:rPr>
          <w:b w:val="0"/>
          <w:sz w:val="19"/>
        </w:rPr>
        <w:t>Please note that additional charges may apply for Chapel of Rest visits.</w:t>
      </w:r>
    </w:p>
    <w:p>
      <w:r>
        <w:rPr>
          <w:b/>
          <w:sz w:val="24"/>
        </w:rPr>
        <w:t>Burial</w:t>
      </w:r>
    </w:p>
    <w:p>
      <w:pPr>
        <w:spacing w:after="80"/>
      </w:pPr>
      <w:r>
        <w:rPr>
          <w:b/>
          <w:sz w:val="19"/>
        </w:rPr>
        <w:t>Funeral Director's Charges Only – Plus Disbursements</w:t>
      </w:r>
    </w:p>
    <w:p>
      <w:pPr>
        <w:spacing w:after="80"/>
      </w:pPr>
      <w:r>
        <w:rPr>
          <w:b w:val="0"/>
          <w:sz w:val="19"/>
        </w:rPr>
        <w:t>Opening or purchasing a grave is classed as a disbursement.</w:t>
      </w:r>
    </w:p>
    <w:p>
      <w:pPr>
        <w:spacing w:after="80"/>
      </w:pPr>
      <w:r>
        <w:rPr>
          <w:b/>
          <w:sz w:val="19"/>
        </w:rPr>
        <w:t>£995.00</w:t>
      </w:r>
    </w:p>
    <w:p>
      <w:r>
        <w:rPr>
          <w:b/>
          <w:sz w:val="24"/>
        </w:rPr>
        <w:t>Cremation at a Local Crematorium of Your Choice</w:t>
      </w:r>
    </w:p>
    <w:p>
      <w:pPr>
        <w:spacing w:after="80"/>
      </w:pPr>
      <w:r>
        <w:rPr>
          <w:b w:val="0"/>
          <w:sz w:val="19"/>
        </w:rPr>
        <w:t>Additional crematorium fees apply.</w:t>
      </w:r>
    </w:p>
    <w:p>
      <w:pPr>
        <w:spacing w:after="80"/>
      </w:pPr>
      <w:r>
        <w:rPr>
          <w:b/>
          <w:sz w:val="19"/>
        </w:rPr>
        <w:t>£895.00</w:t>
      </w:r>
    </w:p>
    <w:p>
      <w:r>
        <w:rPr>
          <w:b/>
          <w:sz w:val="32"/>
        </w:rPr>
        <w:t>FEES YOU MUST PAY</w:t>
      </w:r>
    </w:p>
    <w:p>
      <w:r>
        <w:rPr>
          <w:b/>
          <w:sz w:val="24"/>
        </w:rPr>
        <w:t>Burial Fees</w:t>
      </w:r>
    </w:p>
    <w:p>
      <w:pPr>
        <w:spacing w:after="80"/>
      </w:pPr>
      <w:r>
        <w:rPr>
          <w:b w:val="0"/>
          <w:sz w:val="19"/>
        </w:rPr>
        <w:t>For an attended or unattended burial funeral, burial fees must be paid in addition to the funeral director's charges.</w:t>
      </w:r>
    </w:p>
    <w:p>
      <w:pPr>
        <w:spacing w:after="80"/>
      </w:pPr>
      <w:r>
        <w:rPr>
          <w:b w:val="0"/>
          <w:sz w:val="19"/>
        </w:rPr>
        <w:t>In this local area, the typical cost of burial fees for local residents is: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8208"/>
        <w:gridCol w:w="1440"/>
      </w:tblGrid>
      <w:tr>
        <w:tc>
          <w:tcPr>
            <w:tcW w:type="dxa" w:w="5184"/>
            <w:vAlign w:val="center"/>
            <w:shd w:fill="EDE7DC"/>
          </w:tcPr>
          <w:p>
            <w:r/>
            <w:r>
              <w:rPr>
                <w:b/>
                <w:sz w:val="18"/>
              </w:rPr>
              <w:t>Service</w:t>
            </w:r>
          </w:p>
        </w:tc>
        <w:tc>
          <w:tcPr>
            <w:tcW w:type="dxa" w:w="5184"/>
            <w:vAlign w:val="center"/>
            <w:shd w:fill="EDE7DC"/>
          </w:tcPr>
          <w:p>
            <w:r/>
            <w:r>
              <w:rPr>
                <w:b/>
                <w:sz w:val="18"/>
              </w:rPr>
              <w:t>Price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 w:val="0"/>
                <w:sz w:val="17"/>
              </w:rPr>
              <w:t>Burial fee</w:t>
            </w:r>
          </w:p>
        </w:tc>
        <w:tc>
          <w:tcPr>
            <w:tcW w:type="dxa" w:w="5184"/>
            <w:vAlign w:val="center"/>
          </w:tcPr>
          <w:p>
            <w:pPr>
              <w:jc w:val="right"/>
            </w:pPr>
            <w:r/>
            <w:r>
              <w:rPr>
                <w:b/>
                <w:sz w:val="17"/>
              </w:rPr>
              <w:t>£1,000.00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 w:val="0"/>
                <w:sz w:val="17"/>
              </w:rPr>
              <w:t>New grave / plot</w:t>
            </w:r>
          </w:p>
        </w:tc>
        <w:tc>
          <w:tcPr>
            <w:tcW w:type="dxa" w:w="5184"/>
            <w:vAlign w:val="center"/>
          </w:tcPr>
          <w:p>
            <w:pPr>
              <w:jc w:val="right"/>
            </w:pPr>
            <w:r/>
            <w:r>
              <w:rPr>
                <w:b/>
                <w:sz w:val="17"/>
              </w:rPr>
              <w:t>£1,428.00</w:t>
            </w:r>
          </w:p>
        </w:tc>
      </w:tr>
    </w:tbl>
    <w:p>
      <w:pPr>
        <w:spacing w:after="80"/>
      </w:pPr>
      <w:r>
        <w:rPr>
          <w:b w:val="0"/>
          <w:sz w:val="19"/>
        </w:rPr>
        <w:t>For a new grave, you will also need to pay for the plot. For an existing grave with a memorial in place, a removal and replacement fee may also apply.</w:t>
      </w:r>
    </w:p>
    <w:p>
      <w:pPr>
        <w:spacing w:after="80"/>
      </w:pPr>
      <w:r>
        <w:rPr>
          <w:b w:val="0"/>
          <w:sz w:val="19"/>
        </w:rPr>
        <w:t>In addition, the cemetery may charge a number of other fees.</w:t>
      </w:r>
    </w:p>
    <w:p>
      <w:r>
        <w:rPr>
          <w:b/>
          <w:sz w:val="24"/>
        </w:rPr>
        <w:t>Cremation Fees</w:t>
      </w:r>
    </w:p>
    <w:p>
      <w:pPr>
        <w:spacing w:after="80"/>
      </w:pPr>
      <w:r>
        <w:rPr>
          <w:b w:val="0"/>
          <w:sz w:val="19"/>
        </w:rPr>
        <w:t>For an attended cremation funeral, the cremation fee must be paid in addition to the funeral director's charges.</w:t>
      </w:r>
    </w:p>
    <w:p>
      <w:pPr>
        <w:spacing w:after="80"/>
      </w:pPr>
      <w:r>
        <w:rPr>
          <w:b w:val="0"/>
          <w:sz w:val="19"/>
        </w:rPr>
        <w:t>In this local area, the typical cost of a cremation for local residents is:</w:t>
      </w:r>
    </w:p>
    <w:p>
      <w:pPr>
        <w:spacing w:after="80"/>
      </w:pPr>
      <w:r>
        <w:rPr>
          <w:b/>
          <w:sz w:val="19"/>
        </w:rPr>
        <w:t>£688.00 – £1,057.00</w:t>
      </w:r>
    </w:p>
    <w:p>
      <w:pPr>
        <w:spacing w:after="80"/>
      </w:pPr>
      <w:r>
        <w:rPr>
          <w:b w:val="0"/>
          <w:sz w:val="19"/>
        </w:rPr>
        <w:t>Please discuss any specific religious, belief-based and/or cultural requirements that you have with the funeral director.</w:t>
      </w:r>
    </w:p>
    <w:p>
      <w:r>
        <w:rPr>
          <w:b/>
          <w:sz w:val="32"/>
        </w:rPr>
        <w:t>ADDITIONAL FUNERAL DIRECTOR PRODUCTS AND SERVICES</w:t>
      </w:r>
    </w:p>
    <w:p>
      <w:pPr>
        <w:spacing w:after="80"/>
      </w:pPr>
      <w:r>
        <w:rPr>
          <w:b w:val="0"/>
          <w:sz w:val="19"/>
        </w:rPr>
        <w:t>We may be able to supply a range of optional additional products and services, or arrange for a third party to provide them on your behalf.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8208"/>
        <w:gridCol w:w="1440"/>
      </w:tblGrid>
      <w:tr>
        <w:tc>
          <w:tcPr>
            <w:tcW w:type="dxa" w:w="5184"/>
            <w:vAlign w:val="center"/>
            <w:shd w:fill="EDE7DC"/>
          </w:tcPr>
          <w:p>
            <w:r/>
            <w:r>
              <w:rPr>
                <w:b/>
                <w:sz w:val="18"/>
              </w:rPr>
              <w:t>Service</w:t>
            </w:r>
          </w:p>
        </w:tc>
        <w:tc>
          <w:tcPr>
            <w:tcW w:type="dxa" w:w="5184"/>
            <w:vAlign w:val="center"/>
            <w:shd w:fill="EDE7DC"/>
          </w:tcPr>
          <w:p>
            <w:r/>
            <w:r>
              <w:rPr>
                <w:b/>
                <w:sz w:val="18"/>
              </w:rPr>
              <w:t>Price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 w:val="0"/>
                <w:sz w:val="17"/>
              </w:rPr>
              <w:t>Additional mileage (price per mile)</w:t>
            </w:r>
          </w:p>
        </w:tc>
        <w:tc>
          <w:tcPr>
            <w:tcW w:type="dxa" w:w="5184"/>
            <w:vAlign w:val="center"/>
          </w:tcPr>
          <w:p>
            <w:pPr>
              <w:jc w:val="right"/>
            </w:pPr>
            <w:r/>
            <w:r>
              <w:rPr>
                <w:b/>
                <w:sz w:val="17"/>
              </w:rPr>
              <w:t>£1.95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 w:val="0"/>
                <w:sz w:val="17"/>
              </w:rPr>
              <w:t>Additional transfers of the deceased person (for example, to their home or a place of worship)</w:t>
            </w:r>
          </w:p>
        </w:tc>
        <w:tc>
          <w:tcPr>
            <w:tcW w:type="dxa" w:w="5184"/>
            <w:vAlign w:val="center"/>
          </w:tcPr>
          <w:p>
            <w:pPr>
              <w:jc w:val="right"/>
            </w:pPr>
            <w:r/>
            <w:r>
              <w:rPr>
                <w:b/>
                <w:sz w:val="17"/>
              </w:rPr>
              <w:t>Price upon request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 w:val="0"/>
                <w:sz w:val="17"/>
              </w:rPr>
              <w:t>Collection and delivery of ashes back to Owens Funeral Service, Liscard Branch</w:t>
            </w:r>
          </w:p>
        </w:tc>
        <w:tc>
          <w:tcPr>
            <w:tcW w:type="dxa" w:w="5184"/>
            <w:vAlign w:val="center"/>
          </w:tcPr>
          <w:p>
            <w:pPr>
              <w:jc w:val="right"/>
            </w:pPr>
            <w:r/>
            <w:r>
              <w:rPr>
                <w:b/>
                <w:sz w:val="17"/>
              </w:rPr>
              <w:t>No charge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 w:val="0"/>
                <w:sz w:val="17"/>
              </w:rPr>
              <w:t>Embalming</w:t>
            </w:r>
          </w:p>
        </w:tc>
        <w:tc>
          <w:tcPr>
            <w:tcW w:type="dxa" w:w="5184"/>
            <w:vAlign w:val="center"/>
          </w:tcPr>
          <w:p>
            <w:r>
              <w:rPr>
                <w:b/>
              </w:rPr>
              <w:t>£150.00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 w:val="0"/>
                <w:sz w:val="17"/>
              </w:rPr>
              <w:t>Funeral officiant (for example, a celebrant or minister of religion)</w:t>
            </w:r>
          </w:p>
        </w:tc>
        <w:tc>
          <w:tcPr>
            <w:tcW w:type="dxa" w:w="5184"/>
            <w:vAlign w:val="center"/>
          </w:tcPr>
          <w:p>
            <w:pPr>
              <w:jc w:val="right"/>
            </w:pPr>
            <w:r/>
            <w:r>
              <w:rPr>
                <w:b/>
                <w:sz w:val="17"/>
              </w:rPr>
              <w:t>Typically £220.00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 w:val="0"/>
                <w:sz w:val="17"/>
              </w:rPr>
              <w:t>Services supplied outside normal office hours</w:t>
            </w:r>
          </w:p>
        </w:tc>
        <w:tc>
          <w:tcPr>
            <w:tcW w:type="dxa" w:w="5184"/>
            <w:vAlign w:val="center"/>
          </w:tcPr>
          <w:p>
            <w:pPr>
              <w:jc w:val="right"/>
            </w:pPr>
            <w:r/>
            <w:r>
              <w:rPr>
                <w:b/>
                <w:sz w:val="17"/>
              </w:rPr>
              <w:t>Prices on request</w:t>
            </w:r>
          </w:p>
        </w:tc>
      </w:tr>
    </w:tbl>
    <w:p>
      <w:pPr>
        <w:spacing w:after="80"/>
      </w:pPr>
      <w:r>
        <w:rPr>
          <w:b w:val="0"/>
          <w:sz w:val="19"/>
        </w:rPr>
        <w:t>The funeral director can provide you with a full list of the products and services available.</w:t>
      </w:r>
    </w:p>
    <w:p>
      <w:pPr>
        <w:spacing w:after="80"/>
      </w:pPr>
      <w:r>
        <w:rPr>
          <w:b w:val="0"/>
          <w:sz w:val="19"/>
        </w:rPr>
        <w:t>Additional charges may apply for these products and services. You may choose to make some arrangements without the involvement of the funeral director or use an alternative supplier where appropriate.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